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55870" w14:textId="077EFE71" w:rsidR="00967B51" w:rsidRPr="00776563" w:rsidRDefault="00000000">
      <w:pPr>
        <w:pStyle w:val="aa"/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作業スケジュールシート</w:t>
      </w:r>
    </w:p>
    <w:p w14:paraId="22DEB940" w14:textId="0611A727" w:rsidR="00967B51" w:rsidRPr="00776563" w:rsidRDefault="00000000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日付：</w:t>
      </w:r>
    </w:p>
    <w:p w14:paraId="557589C4" w14:textId="77777777" w:rsidR="00967B51" w:rsidRPr="00776563" w:rsidRDefault="00000000">
      <w:pPr>
        <w:pStyle w:val="1"/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■ 本日の作業計画（開始前に記入）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67B51" w:rsidRPr="00776563" w14:paraId="681626FE" w14:textId="77777777" w:rsidTr="003F5CE6">
        <w:tc>
          <w:tcPr>
            <w:tcW w:w="2880" w:type="dxa"/>
            <w:tcBorders>
              <w:bottom w:val="single" w:sz="4" w:space="0" w:color="auto"/>
            </w:tcBorders>
          </w:tcPr>
          <w:p w14:paraId="193302EA" w14:textId="77777777" w:rsidR="00967B51" w:rsidRPr="00776563" w:rsidRDefault="00000000">
            <w:pPr>
              <w:rPr>
                <w:rFonts w:ascii="BIZ UDPゴシック" w:eastAsia="BIZ UDPゴシック" w:hAnsi="BIZ UDPゴシック"/>
              </w:rPr>
            </w:pPr>
            <w:proofErr w:type="spellStart"/>
            <w:r w:rsidRPr="00776563">
              <w:rPr>
                <w:rFonts w:ascii="BIZ UDPゴシック" w:eastAsia="BIZ UDPゴシック" w:hAnsi="BIZ UDPゴシック"/>
              </w:rPr>
              <w:t>作業内容</w:t>
            </w:r>
            <w:proofErr w:type="spellEnd"/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5039543" w14:textId="77777777" w:rsidR="00967B51" w:rsidRPr="00776563" w:rsidRDefault="00000000">
            <w:pPr>
              <w:rPr>
                <w:rFonts w:ascii="BIZ UDPゴシック" w:eastAsia="BIZ UDPゴシック" w:hAnsi="BIZ UDPゴシック"/>
              </w:rPr>
            </w:pPr>
            <w:r w:rsidRPr="00776563">
              <w:rPr>
                <w:rFonts w:ascii="BIZ UDPゴシック" w:eastAsia="BIZ UDPゴシック" w:hAnsi="BIZ UDPゴシック"/>
              </w:rPr>
              <w:t>完了の基準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05820568" w14:textId="77777777" w:rsidR="00967B51" w:rsidRPr="00776563" w:rsidRDefault="00000000">
            <w:pPr>
              <w:rPr>
                <w:rFonts w:ascii="BIZ UDPゴシック" w:eastAsia="BIZ UDPゴシック" w:hAnsi="BIZ UDPゴシック"/>
              </w:rPr>
            </w:pPr>
            <w:r w:rsidRPr="00776563">
              <w:rPr>
                <w:rFonts w:ascii="BIZ UDPゴシック" w:eastAsia="BIZ UDPゴシック" w:hAnsi="BIZ UDPゴシック"/>
              </w:rPr>
              <w:t>期限（時刻）</w:t>
            </w:r>
          </w:p>
        </w:tc>
      </w:tr>
      <w:tr w:rsidR="00967B51" w:rsidRPr="00776563" w14:paraId="7EFF5175" w14:textId="77777777" w:rsidTr="003F5CE6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34E2D1AA" w14:textId="6BF95296" w:rsidR="00967B51" w:rsidRPr="00776563" w:rsidRDefault="00967B5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7C92361A" w14:textId="131C5415" w:rsidR="00967B51" w:rsidRPr="00776563" w:rsidRDefault="00967B51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032915D" w14:textId="7EA2696A" w:rsidR="00967B51" w:rsidRPr="00776563" w:rsidRDefault="00967B5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67B51" w:rsidRPr="00776563" w14:paraId="408A1415" w14:textId="77777777" w:rsidTr="003F5CE6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3E4E9F2" w14:textId="77777777" w:rsidR="00967B51" w:rsidRPr="00776563" w:rsidRDefault="00967B5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FEFA6E2" w14:textId="77777777" w:rsidR="00967B51" w:rsidRPr="00776563" w:rsidRDefault="00967B5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47E1E7E5" w14:textId="77777777" w:rsidR="00967B51" w:rsidRPr="00776563" w:rsidRDefault="00967B51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7D422B02" w14:textId="6F637189" w:rsidR="00967B51" w:rsidRPr="00776563" w:rsidRDefault="00000000" w:rsidP="002D0AA7">
      <w:pPr>
        <w:pStyle w:val="1"/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 w:cs="Courier New"/>
          <w:lang w:eastAsia="ja-JP"/>
        </w:rPr>
        <w:t>■</w:t>
      </w:r>
      <w:r w:rsidRPr="00776563">
        <w:rPr>
          <w:rFonts w:ascii="BIZ UDPゴシック" w:eastAsia="BIZ UDPゴシック" w:hAnsi="BIZ UDPゴシック"/>
          <w:lang w:eastAsia="ja-JP"/>
        </w:rPr>
        <w:t xml:space="preserve"> </w:t>
      </w:r>
      <w:r w:rsidR="002D0AA7" w:rsidRPr="00776563">
        <w:rPr>
          <w:rFonts w:ascii="BIZ UDPゴシック" w:eastAsia="BIZ UDPゴシック" w:hAnsi="BIZ UDPゴシック" w:hint="eastAsia"/>
          <w:lang w:eastAsia="ja-JP"/>
        </w:rPr>
        <w:t xml:space="preserve">午前　</w:t>
      </w:r>
      <w:r w:rsidRPr="00776563">
        <w:rPr>
          <w:rFonts w:ascii="BIZ UDPゴシック" w:eastAsia="BIZ UDPゴシック" w:hAnsi="BIZ UDPゴシック"/>
          <w:lang w:eastAsia="ja-JP"/>
        </w:rPr>
        <w:t>作業スケジュールと報告</w:t>
      </w:r>
    </w:p>
    <w:p w14:paraId="6E78E40F" w14:textId="645522DD" w:rsidR="00967B51" w:rsidRPr="00776563" w:rsidRDefault="00000000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開始（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>9</w:t>
      </w:r>
      <w:r w:rsidRPr="00776563">
        <w:rPr>
          <w:rFonts w:ascii="BIZ UDPゴシック" w:eastAsia="BIZ UDPゴシック" w:hAnsi="BIZ UDPゴシック"/>
          <w:lang w:eastAsia="ja-JP"/>
        </w:rPr>
        <w:t>: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>30</w:t>
      </w:r>
      <w:r w:rsidRPr="00776563">
        <w:rPr>
          <w:rFonts w:ascii="BIZ UDPゴシック" w:eastAsia="BIZ UDPゴシック" w:hAnsi="BIZ UDPゴシック"/>
          <w:lang w:eastAsia="ja-JP"/>
        </w:rPr>
        <w:t xml:space="preserve">） </w:t>
      </w:r>
    </w:p>
    <w:p w14:paraId="2ED208DD" w14:textId="2653D8A9" w:rsidR="00967B51" w:rsidRPr="00776563" w:rsidRDefault="00000000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進捗報告①（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>11</w:t>
      </w:r>
      <w:r w:rsidRPr="00776563">
        <w:rPr>
          <w:rFonts w:ascii="BIZ UDPゴシック" w:eastAsia="BIZ UDPゴシック" w:hAnsi="BIZ UDPゴシック"/>
          <w:lang w:eastAsia="ja-JP"/>
        </w:rPr>
        <w:t>: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>00</w:t>
      </w:r>
      <w:r w:rsidRPr="00776563">
        <w:rPr>
          <w:rFonts w:ascii="BIZ UDPゴシック" w:eastAsia="BIZ UDPゴシック" w:hAnsi="BIZ UDPゴシック"/>
          <w:lang w:eastAsia="ja-JP"/>
        </w:rPr>
        <w:t>） 進捗：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＿＿％ </w:t>
      </w:r>
      <w:r w:rsidR="002E4AC2" w:rsidRPr="00776563">
        <w:rPr>
          <w:rFonts w:ascii="BIZ UDPゴシック" w:eastAsia="BIZ UDPゴシック" w:hAnsi="BIZ UDPゴシック"/>
          <w:lang w:eastAsia="ja-JP"/>
        </w:rPr>
        <w:tab/>
      </w:r>
      <w:r w:rsidR="002E4AC2" w:rsidRPr="00776563">
        <w:rPr>
          <w:rFonts w:ascii="BIZ UDPゴシック" w:eastAsia="BIZ UDPゴシック" w:hAnsi="BIZ UDPゴシック"/>
          <w:lang w:eastAsia="ja-JP"/>
        </w:rPr>
        <w:tab/>
      </w:r>
      <w:r w:rsidRPr="00776563">
        <w:rPr>
          <w:rFonts w:ascii="BIZ UDPゴシック" w:eastAsia="BIZ UDPゴシック" w:hAnsi="BIZ UDPゴシック"/>
          <w:lang w:eastAsia="ja-JP"/>
        </w:rPr>
        <w:t>状態：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□順調 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>□遅れ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 □停止</w:t>
      </w:r>
    </w:p>
    <w:p w14:paraId="4AAAD20A" w14:textId="180EE953" w:rsidR="00967B51" w:rsidRPr="00776563" w:rsidRDefault="00000000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進捗報告②（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>12</w:t>
      </w:r>
      <w:r w:rsidRPr="00776563">
        <w:rPr>
          <w:rFonts w:ascii="BIZ UDPゴシック" w:eastAsia="BIZ UDPゴシック" w:hAnsi="BIZ UDPゴシック"/>
          <w:lang w:eastAsia="ja-JP"/>
        </w:rPr>
        <w:t>: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>1</w:t>
      </w:r>
      <w:r w:rsidR="002D0AA7" w:rsidRPr="00776563">
        <w:rPr>
          <w:rFonts w:ascii="BIZ UDPゴシック" w:eastAsia="BIZ UDPゴシック" w:hAnsi="BIZ UDPゴシック" w:hint="eastAsia"/>
          <w:lang w:eastAsia="ja-JP"/>
        </w:rPr>
        <w:t>0</w:t>
      </w:r>
      <w:r w:rsidRPr="00776563">
        <w:rPr>
          <w:rFonts w:ascii="BIZ UDPゴシック" w:eastAsia="BIZ UDPゴシック" w:hAnsi="BIZ UDPゴシック"/>
          <w:lang w:eastAsia="ja-JP"/>
        </w:rPr>
        <w:t>） 進捗：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＿＿％ </w:t>
      </w:r>
      <w:r w:rsidR="002E4AC2" w:rsidRPr="00776563">
        <w:rPr>
          <w:rFonts w:ascii="BIZ UDPゴシック" w:eastAsia="BIZ UDPゴシック" w:hAnsi="BIZ UDPゴシック"/>
          <w:lang w:eastAsia="ja-JP"/>
        </w:rPr>
        <w:tab/>
      </w:r>
      <w:r w:rsidR="002E4AC2" w:rsidRPr="00776563">
        <w:rPr>
          <w:rFonts w:ascii="BIZ UDPゴシック" w:eastAsia="BIZ UDPゴシック" w:hAnsi="BIZ UDPゴシック"/>
          <w:lang w:eastAsia="ja-JP"/>
        </w:rPr>
        <w:tab/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>状態</w:t>
      </w:r>
      <w:r w:rsidRPr="00776563">
        <w:rPr>
          <w:rFonts w:ascii="BIZ UDPゴシック" w:eastAsia="BIZ UDPゴシック" w:hAnsi="BIZ UDPゴシック"/>
          <w:lang w:eastAsia="ja-JP"/>
        </w:rPr>
        <w:t>：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□順調 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□遅れ </w:t>
      </w:r>
      <w:r w:rsidR="002E4AC2"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>□停止</w:t>
      </w:r>
    </w:p>
    <w:p w14:paraId="68601DF5" w14:textId="56FB11BF" w:rsidR="002E4AC2" w:rsidRPr="00776563" w:rsidRDefault="002E4AC2" w:rsidP="002D0AA7">
      <w:pPr>
        <w:pStyle w:val="1"/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 w:cs="Courier New"/>
          <w:lang w:eastAsia="ja-JP"/>
        </w:rPr>
        <w:t>■</w:t>
      </w:r>
      <w:r w:rsidRPr="00776563">
        <w:rPr>
          <w:rFonts w:ascii="BIZ UDPゴシック" w:eastAsia="BIZ UDPゴシック" w:hAnsi="BIZ UDPゴシック"/>
          <w:lang w:eastAsia="ja-JP"/>
        </w:rPr>
        <w:t xml:space="preserve"> </w:t>
      </w:r>
      <w:r w:rsidRPr="00776563">
        <w:rPr>
          <w:rFonts w:ascii="BIZ UDPゴシック" w:eastAsia="BIZ UDPゴシック" w:hAnsi="BIZ UDPゴシック" w:hint="eastAsia"/>
          <w:lang w:eastAsia="ja-JP"/>
        </w:rPr>
        <w:t>午前</w:t>
      </w:r>
      <w:r w:rsidR="002D0AA7" w:rsidRPr="00776563">
        <w:rPr>
          <w:rFonts w:ascii="BIZ UDPゴシック" w:eastAsia="BIZ UDPゴシック" w:hAnsi="BIZ UDPゴシック" w:hint="eastAsia"/>
          <w:lang w:eastAsia="ja-JP"/>
        </w:rPr>
        <w:t xml:space="preserve">　経過報告</w:t>
      </w:r>
      <w:r w:rsidRPr="00776563">
        <w:rPr>
          <w:rFonts w:ascii="BIZ UDPゴシック" w:eastAsia="BIZ UDPゴシック" w:hAnsi="BIZ UDPゴシック"/>
          <w:lang w:eastAsia="ja-JP"/>
        </w:rPr>
        <w:t>（必ず記入）</w:t>
      </w:r>
    </w:p>
    <w:p w14:paraId="35406024" w14:textId="77777777" w:rsidR="002E4AC2" w:rsidRPr="00776563" w:rsidRDefault="002E4AC2" w:rsidP="002E4AC2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【</w:t>
      </w:r>
      <w:r w:rsidRPr="00776563">
        <w:rPr>
          <w:rFonts w:ascii="BIZ UDPゴシック" w:eastAsia="BIZ UDPゴシック" w:hAnsi="BIZ UDPゴシック" w:hint="eastAsia"/>
          <w:lang w:eastAsia="ja-JP"/>
        </w:rPr>
        <w:t>順調な場合</w:t>
      </w:r>
      <w:r w:rsidRPr="00776563">
        <w:rPr>
          <w:rFonts w:ascii="BIZ UDPゴシック" w:eastAsia="BIZ UDPゴシック" w:hAnsi="BIZ UDPゴシック"/>
          <w:lang w:eastAsia="ja-JP"/>
        </w:rPr>
        <w:t xml:space="preserve">】 </w:t>
      </w:r>
    </w:p>
    <w:p w14:paraId="5AC5E365" w14:textId="67F9B780" w:rsidR="002E4AC2" w:rsidRPr="00776563" w:rsidRDefault="002E4AC2" w:rsidP="002E4AC2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 w:hint="eastAsia"/>
          <w:lang w:eastAsia="ja-JP"/>
        </w:rPr>
        <w:t>予定終了</w:t>
      </w:r>
      <w:r w:rsidRPr="00776563">
        <w:rPr>
          <w:rFonts w:ascii="BIZ UDPゴシック" w:eastAsia="BIZ UDPゴシック" w:hAnsi="BIZ UDPゴシック"/>
          <w:lang w:eastAsia="ja-JP"/>
        </w:rPr>
        <w:t>時刻：</w:t>
      </w:r>
      <w:r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＿＿：＿＿ </w:t>
      </w:r>
    </w:p>
    <w:p w14:paraId="662305F9" w14:textId="52215B3C" w:rsidR="002E4AC2" w:rsidRPr="00776563" w:rsidRDefault="002E4AC2" w:rsidP="002E4AC2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 w:hint="eastAsia"/>
          <w:lang w:eastAsia="ja-JP"/>
        </w:rPr>
        <w:t>【遅れが出ている</w:t>
      </w:r>
      <w:r w:rsidRPr="00776563">
        <w:rPr>
          <w:rFonts w:ascii="BIZ UDPゴシック" w:eastAsia="BIZ UDPゴシック" w:hAnsi="BIZ UDPゴシック"/>
          <w:lang w:eastAsia="ja-JP"/>
        </w:rPr>
        <w:t>場合】</w:t>
      </w:r>
    </w:p>
    <w:p w14:paraId="1B677AF2" w14:textId="7201A9D9" w:rsidR="002E4AC2" w:rsidRPr="00776563" w:rsidRDefault="002E4AC2" w:rsidP="002E4AC2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 w:hint="eastAsia"/>
          <w:lang w:eastAsia="ja-JP"/>
        </w:rPr>
        <w:t>予定終了</w:t>
      </w:r>
      <w:r w:rsidRPr="00776563">
        <w:rPr>
          <w:rFonts w:ascii="BIZ UDPゴシック" w:eastAsia="BIZ UDPゴシック" w:hAnsi="BIZ UDPゴシック"/>
          <w:lang w:eastAsia="ja-JP"/>
        </w:rPr>
        <w:t>時刻：</w:t>
      </w:r>
      <w:r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＿＿：＿＿ </w:t>
      </w:r>
    </w:p>
    <w:p w14:paraId="6D9E11FD" w14:textId="78E4B728" w:rsidR="002E4AC2" w:rsidRPr="00776563" w:rsidRDefault="002E4AC2" w:rsidP="002E4AC2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①</w:t>
      </w:r>
      <w:r w:rsidRPr="00776563">
        <w:rPr>
          <w:rFonts w:ascii="BIZ UDPゴシック" w:eastAsia="BIZ UDPゴシック" w:hAnsi="BIZ UDPゴシック" w:hint="eastAsia"/>
          <w:lang w:eastAsia="ja-JP"/>
        </w:rPr>
        <w:t>遅れに対する対応</w:t>
      </w:r>
      <w:r w:rsidRPr="00776563">
        <w:rPr>
          <w:rFonts w:ascii="BIZ UDPゴシック" w:eastAsia="BIZ UDPゴシック" w:hAnsi="BIZ UDPゴシック"/>
          <w:lang w:eastAsia="ja-JP"/>
        </w:rPr>
        <w:t>：</w:t>
      </w:r>
      <w:r w:rsidR="002D0AA7"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>＿＿＿＿＿＿＿＿</w:t>
      </w:r>
    </w:p>
    <w:p w14:paraId="030C8220" w14:textId="77777777" w:rsidR="002D0AA7" w:rsidRPr="00776563" w:rsidRDefault="002D0AA7" w:rsidP="002D0AA7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 w:hint="eastAsia"/>
          <w:lang w:eastAsia="ja-JP"/>
        </w:rPr>
        <w:t>【対応の適否】</w:t>
      </w:r>
    </w:p>
    <w:p w14:paraId="3FB45A60" w14:textId="67C665E6" w:rsidR="002D0AA7" w:rsidRPr="00776563" w:rsidRDefault="002D0AA7" w:rsidP="002D0AA7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 xml:space="preserve">□ </w:t>
      </w:r>
      <w:r w:rsidRPr="00776563">
        <w:rPr>
          <w:rFonts w:ascii="BIZ UDPゴシック" w:eastAsia="BIZ UDPゴシック" w:hAnsi="BIZ UDPゴシック" w:hint="eastAsia"/>
          <w:lang w:eastAsia="ja-JP"/>
        </w:rPr>
        <w:t xml:space="preserve">対応可　</w:t>
      </w:r>
      <w:r w:rsidRPr="00776563">
        <w:rPr>
          <w:rFonts w:ascii="BIZ UDPゴシック" w:eastAsia="BIZ UDPゴシック" w:hAnsi="BIZ UDPゴシック"/>
          <w:lang w:eastAsia="ja-JP"/>
        </w:rPr>
        <w:t xml:space="preserve"> □ </w:t>
      </w:r>
      <w:r w:rsidRPr="00776563">
        <w:rPr>
          <w:rFonts w:ascii="BIZ UDPゴシック" w:eastAsia="BIZ UDPゴシック" w:hAnsi="BIZ UDPゴシック" w:hint="eastAsia"/>
          <w:lang w:eastAsia="ja-JP"/>
        </w:rPr>
        <w:t>対応不可</w:t>
      </w:r>
    </w:p>
    <w:p w14:paraId="2E74F01C" w14:textId="53444D8A" w:rsidR="002D0AA7" w:rsidRPr="00776563" w:rsidRDefault="002D0AA7" w:rsidP="002D0AA7">
      <w:pPr>
        <w:pStyle w:val="1"/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 w:cs="Courier New"/>
          <w:lang w:eastAsia="ja-JP"/>
        </w:rPr>
        <w:t>■</w:t>
      </w:r>
      <w:r w:rsidRPr="00776563">
        <w:rPr>
          <w:rFonts w:ascii="BIZ UDPゴシック" w:eastAsia="BIZ UDPゴシック" w:hAnsi="BIZ UDPゴシック"/>
          <w:lang w:eastAsia="ja-JP"/>
        </w:rPr>
        <w:t xml:space="preserve"> </w:t>
      </w:r>
      <w:r w:rsidRPr="00776563">
        <w:rPr>
          <w:rFonts w:ascii="BIZ UDPゴシック" w:eastAsia="BIZ UDPゴシック" w:hAnsi="BIZ UDPゴシック" w:hint="eastAsia"/>
          <w:lang w:eastAsia="ja-JP"/>
        </w:rPr>
        <w:t xml:space="preserve">午後　</w:t>
      </w:r>
      <w:r w:rsidRPr="00776563">
        <w:rPr>
          <w:rFonts w:ascii="BIZ UDPゴシック" w:eastAsia="BIZ UDPゴシック" w:hAnsi="BIZ UDPゴシック"/>
          <w:lang w:eastAsia="ja-JP"/>
        </w:rPr>
        <w:t>作業スケジュールと報告</w:t>
      </w:r>
    </w:p>
    <w:p w14:paraId="572C22E9" w14:textId="47676E76" w:rsidR="002D0AA7" w:rsidRPr="00776563" w:rsidRDefault="002D0AA7" w:rsidP="002D0AA7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開始（</w:t>
      </w:r>
      <w:r w:rsidRPr="00776563">
        <w:rPr>
          <w:rFonts w:ascii="BIZ UDPゴシック" w:eastAsia="BIZ UDPゴシック" w:hAnsi="BIZ UDPゴシック" w:hint="eastAsia"/>
          <w:lang w:eastAsia="ja-JP"/>
        </w:rPr>
        <w:t>13</w:t>
      </w:r>
      <w:r w:rsidRPr="00776563">
        <w:rPr>
          <w:rFonts w:ascii="BIZ UDPゴシック" w:eastAsia="BIZ UDPゴシック" w:hAnsi="BIZ UDPゴシック"/>
          <w:lang w:eastAsia="ja-JP"/>
        </w:rPr>
        <w:t>:</w:t>
      </w:r>
      <w:r w:rsidRPr="00776563">
        <w:rPr>
          <w:rFonts w:ascii="BIZ UDPゴシック" w:eastAsia="BIZ UDPゴシック" w:hAnsi="BIZ UDPゴシック" w:hint="eastAsia"/>
          <w:lang w:eastAsia="ja-JP"/>
        </w:rPr>
        <w:t>00</w:t>
      </w:r>
      <w:r w:rsidRPr="00776563">
        <w:rPr>
          <w:rFonts w:ascii="BIZ UDPゴシック" w:eastAsia="BIZ UDPゴシック" w:hAnsi="BIZ UDPゴシック"/>
          <w:lang w:eastAsia="ja-JP"/>
        </w:rPr>
        <w:t xml:space="preserve">） </w:t>
      </w:r>
    </w:p>
    <w:p w14:paraId="53441C16" w14:textId="79BCF3E0" w:rsidR="002D0AA7" w:rsidRPr="00776563" w:rsidRDefault="002D0AA7" w:rsidP="002D0AA7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進捗報告①（</w:t>
      </w:r>
      <w:r w:rsidRPr="00776563">
        <w:rPr>
          <w:rFonts w:ascii="BIZ UDPゴシック" w:eastAsia="BIZ UDPゴシック" w:hAnsi="BIZ UDPゴシック" w:hint="eastAsia"/>
          <w:lang w:eastAsia="ja-JP"/>
        </w:rPr>
        <w:t>14</w:t>
      </w:r>
      <w:r w:rsidRPr="00776563">
        <w:rPr>
          <w:rFonts w:ascii="BIZ UDPゴシック" w:eastAsia="BIZ UDPゴシック" w:hAnsi="BIZ UDPゴシック"/>
          <w:lang w:eastAsia="ja-JP"/>
        </w:rPr>
        <w:t>:</w:t>
      </w:r>
      <w:r w:rsidRPr="00776563">
        <w:rPr>
          <w:rFonts w:ascii="BIZ UDPゴシック" w:eastAsia="BIZ UDPゴシック" w:hAnsi="BIZ UDPゴシック" w:hint="eastAsia"/>
          <w:lang w:eastAsia="ja-JP"/>
        </w:rPr>
        <w:t>00</w:t>
      </w:r>
      <w:r w:rsidRPr="00776563">
        <w:rPr>
          <w:rFonts w:ascii="BIZ UDPゴシック" w:eastAsia="BIZ UDPゴシック" w:hAnsi="BIZ UDPゴシック"/>
          <w:lang w:eastAsia="ja-JP"/>
        </w:rPr>
        <w:t>） 進捗：</w:t>
      </w:r>
      <w:r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＿＿％ </w:t>
      </w:r>
      <w:r w:rsidRPr="00776563">
        <w:rPr>
          <w:rFonts w:ascii="BIZ UDPゴシック" w:eastAsia="BIZ UDPゴシック" w:hAnsi="BIZ UDPゴシック"/>
          <w:lang w:eastAsia="ja-JP"/>
        </w:rPr>
        <w:tab/>
      </w:r>
      <w:r w:rsidRPr="00776563">
        <w:rPr>
          <w:rFonts w:ascii="BIZ UDPゴシック" w:eastAsia="BIZ UDPゴシック" w:hAnsi="BIZ UDPゴシック"/>
          <w:lang w:eastAsia="ja-JP"/>
        </w:rPr>
        <w:tab/>
        <w:t>状態：</w:t>
      </w:r>
      <w:r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□順調 </w:t>
      </w:r>
      <w:r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>□遅れ</w:t>
      </w:r>
      <w:r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 □停止</w:t>
      </w:r>
    </w:p>
    <w:p w14:paraId="76F650DB" w14:textId="5848098D" w:rsidR="002D0AA7" w:rsidRPr="00776563" w:rsidRDefault="002D0AA7" w:rsidP="002D0AA7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進捗報告②（</w:t>
      </w:r>
      <w:r w:rsidRPr="00776563">
        <w:rPr>
          <w:rFonts w:ascii="BIZ UDPゴシック" w:eastAsia="BIZ UDPゴシック" w:hAnsi="BIZ UDPゴシック" w:hint="eastAsia"/>
          <w:lang w:eastAsia="ja-JP"/>
        </w:rPr>
        <w:t>14</w:t>
      </w:r>
      <w:r w:rsidRPr="00776563">
        <w:rPr>
          <w:rFonts w:ascii="BIZ UDPゴシック" w:eastAsia="BIZ UDPゴシック" w:hAnsi="BIZ UDPゴシック"/>
          <w:lang w:eastAsia="ja-JP"/>
        </w:rPr>
        <w:t>:</w:t>
      </w:r>
      <w:r w:rsidRPr="00776563">
        <w:rPr>
          <w:rFonts w:ascii="BIZ UDPゴシック" w:eastAsia="BIZ UDPゴシック" w:hAnsi="BIZ UDPゴシック" w:hint="eastAsia"/>
          <w:lang w:eastAsia="ja-JP"/>
        </w:rPr>
        <w:t>55</w:t>
      </w:r>
      <w:r w:rsidRPr="00776563">
        <w:rPr>
          <w:rFonts w:ascii="BIZ UDPゴシック" w:eastAsia="BIZ UDPゴシック" w:hAnsi="BIZ UDPゴシック"/>
          <w:lang w:eastAsia="ja-JP"/>
        </w:rPr>
        <w:t>） 進捗：</w:t>
      </w:r>
      <w:r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＿＿％ </w:t>
      </w:r>
      <w:r w:rsidRPr="00776563">
        <w:rPr>
          <w:rFonts w:ascii="BIZ UDPゴシック" w:eastAsia="BIZ UDPゴシック" w:hAnsi="BIZ UDPゴシック"/>
          <w:lang w:eastAsia="ja-JP"/>
        </w:rPr>
        <w:tab/>
      </w:r>
      <w:r w:rsidRPr="00776563">
        <w:rPr>
          <w:rFonts w:ascii="BIZ UDPゴシック" w:eastAsia="BIZ UDPゴシック" w:hAnsi="BIZ UDPゴシック"/>
          <w:lang w:eastAsia="ja-JP"/>
        </w:rPr>
        <w:tab/>
      </w:r>
      <w:r w:rsidRPr="00776563">
        <w:rPr>
          <w:rFonts w:ascii="BIZ UDPゴシック" w:eastAsia="BIZ UDPゴシック" w:hAnsi="BIZ UDPゴシック" w:hint="eastAsia"/>
          <w:lang w:eastAsia="ja-JP"/>
        </w:rPr>
        <w:t>状態</w:t>
      </w:r>
      <w:r w:rsidRPr="00776563">
        <w:rPr>
          <w:rFonts w:ascii="BIZ UDPゴシック" w:eastAsia="BIZ UDPゴシック" w:hAnsi="BIZ UDPゴシック"/>
          <w:lang w:eastAsia="ja-JP"/>
        </w:rPr>
        <w:t>：</w:t>
      </w:r>
      <w:r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□順調 </w:t>
      </w:r>
      <w:r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□遅れ </w:t>
      </w:r>
      <w:r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>□停止</w:t>
      </w:r>
    </w:p>
    <w:p w14:paraId="44CBD038" w14:textId="77777777" w:rsidR="00967B51" w:rsidRPr="00776563" w:rsidRDefault="00000000">
      <w:pPr>
        <w:pStyle w:val="1"/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lastRenderedPageBreak/>
        <w:t>■ 終了時の報告（必ず記入）</w:t>
      </w:r>
    </w:p>
    <w:p w14:paraId="59FFCE55" w14:textId="77777777" w:rsidR="00967B51" w:rsidRPr="00776563" w:rsidRDefault="00000000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□ 完了した □ 完了できなかった</w:t>
      </w:r>
    </w:p>
    <w:p w14:paraId="459B727D" w14:textId="3E6BF92B" w:rsidR="00967B51" w:rsidRPr="00776563" w:rsidRDefault="00000000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【完了した場合】 完了時刻：</w:t>
      </w:r>
      <w:r w:rsidR="002D0AA7"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＿＿：＿＿ </w:t>
      </w:r>
    </w:p>
    <w:p w14:paraId="7783F68E" w14:textId="77777777" w:rsidR="00967B51" w:rsidRPr="00776563" w:rsidRDefault="00000000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【完了できなかった場合】</w:t>
      </w:r>
    </w:p>
    <w:p w14:paraId="1C969AED" w14:textId="6ACAAA1B" w:rsidR="00967B51" w:rsidRPr="00776563" w:rsidRDefault="00000000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①どこまで進んだか：</w:t>
      </w:r>
      <w:r w:rsidR="00BD488E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>＿＿＿＿＿＿＿＿</w:t>
      </w:r>
    </w:p>
    <w:p w14:paraId="3275AEED" w14:textId="7BECBFFF" w:rsidR="00967B51" w:rsidRPr="00776563" w:rsidRDefault="00000000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②</w:t>
      </w:r>
      <w:r w:rsidR="00BD488E">
        <w:rPr>
          <w:rFonts w:ascii="BIZ UDPゴシック" w:eastAsia="BIZ UDPゴシック" w:hAnsi="BIZ UDPゴシック" w:hint="eastAsia"/>
          <w:lang w:eastAsia="ja-JP"/>
        </w:rPr>
        <w:t>引き継ぎ内容は</w:t>
      </w:r>
      <w:r w:rsidRPr="00776563">
        <w:rPr>
          <w:rFonts w:ascii="BIZ UDPゴシック" w:eastAsia="BIZ UDPゴシック" w:hAnsi="BIZ UDPゴシック"/>
          <w:lang w:eastAsia="ja-JP"/>
        </w:rPr>
        <w:t>：</w:t>
      </w:r>
      <w:r w:rsidR="00BD488E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>＿＿＿＿＿＿＿＿</w:t>
      </w:r>
    </w:p>
    <w:p w14:paraId="513B0863" w14:textId="77777777" w:rsidR="00967B51" w:rsidRPr="00776563" w:rsidRDefault="00000000">
      <w:pPr>
        <w:pStyle w:val="1"/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>■ 最終チェック</w:t>
      </w:r>
    </w:p>
    <w:p w14:paraId="60BDAB95" w14:textId="5469C155" w:rsidR="00967B51" w:rsidRPr="00776563" w:rsidRDefault="00000000">
      <w:pPr>
        <w:rPr>
          <w:rFonts w:ascii="BIZ UDPゴシック" w:eastAsia="BIZ UDPゴシック" w:hAnsi="BIZ UDPゴシック"/>
          <w:lang w:eastAsia="ja-JP"/>
        </w:rPr>
      </w:pPr>
      <w:r w:rsidRPr="00776563">
        <w:rPr>
          <w:rFonts w:ascii="BIZ UDPゴシック" w:eastAsia="BIZ UDPゴシック" w:hAnsi="BIZ UDPゴシック"/>
          <w:lang w:eastAsia="ja-JP"/>
        </w:rPr>
        <w:t xml:space="preserve">□ 開始した </w:t>
      </w:r>
      <w:r w:rsidR="002D0AA7"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 xml:space="preserve">□ </w:t>
      </w:r>
      <w:r w:rsidR="002D0AA7" w:rsidRPr="00776563">
        <w:rPr>
          <w:rFonts w:ascii="BIZ UDPゴシック" w:eastAsia="BIZ UDPゴシック" w:hAnsi="BIZ UDPゴシック" w:hint="eastAsia"/>
          <w:lang w:eastAsia="ja-JP"/>
        </w:rPr>
        <w:t>経過</w:t>
      </w:r>
      <w:r w:rsidRPr="00776563">
        <w:rPr>
          <w:rFonts w:ascii="BIZ UDPゴシック" w:eastAsia="BIZ UDPゴシック" w:hAnsi="BIZ UDPゴシック"/>
          <w:lang w:eastAsia="ja-JP"/>
        </w:rPr>
        <w:t xml:space="preserve">報告した </w:t>
      </w:r>
      <w:r w:rsidR="002D0AA7" w:rsidRPr="00776563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76563">
        <w:rPr>
          <w:rFonts w:ascii="BIZ UDPゴシック" w:eastAsia="BIZ UDPゴシック" w:hAnsi="BIZ UDPゴシック"/>
          <w:lang w:eastAsia="ja-JP"/>
        </w:rPr>
        <w:t>□ 終了報告した</w:t>
      </w:r>
    </w:p>
    <w:p w14:paraId="7B69647B" w14:textId="77777777" w:rsidR="00776563" w:rsidRPr="00776563" w:rsidRDefault="00776563">
      <w:pPr>
        <w:rPr>
          <w:rFonts w:ascii="BIZ UDPゴシック" w:eastAsia="BIZ UDPゴシック" w:hAnsi="BIZ UDPゴシック"/>
          <w:lang w:eastAsia="ja-JP"/>
        </w:rPr>
      </w:pPr>
    </w:p>
    <w:p w14:paraId="6EB7A9A8" w14:textId="16F489FF" w:rsidR="00776563" w:rsidRPr="00776563" w:rsidRDefault="00776563" w:rsidP="00776563">
      <w:pPr>
        <w:keepNext/>
        <w:keepLines/>
        <w:spacing w:before="480" w:after="0"/>
        <w:outlineLvl w:val="0"/>
        <w:rPr>
          <w:rFonts w:ascii="BIZ UDPゴシック" w:eastAsia="BIZ UDPゴシック" w:hAnsi="BIZ UDPゴシック" w:cs="Times New Roman"/>
          <w:b/>
          <w:bCs/>
          <w:color w:val="365F91" w:themeColor="accent1" w:themeShade="BF"/>
          <w:sz w:val="28"/>
          <w:szCs w:val="28"/>
          <w:lang w:eastAsia="ja-JP"/>
        </w:rPr>
      </w:pPr>
      <w:r w:rsidRPr="00776563">
        <w:rPr>
          <w:rFonts w:ascii="BIZ UDPゴシック" w:eastAsia="BIZ UDPゴシック" w:hAnsi="BIZ UDPゴシック" w:cs="Courier New"/>
          <w:b/>
          <w:bCs/>
          <w:color w:val="365F91" w:themeColor="accent1" w:themeShade="BF"/>
          <w:sz w:val="28"/>
          <w:szCs w:val="28"/>
          <w:lang w:eastAsia="ja-JP"/>
        </w:rPr>
        <w:t>■</w:t>
      </w:r>
      <w:r w:rsidRPr="00776563">
        <w:rPr>
          <w:rFonts w:ascii="BIZ UDPゴシック" w:eastAsia="BIZ UDPゴシック" w:hAnsi="BIZ UDPゴシック" w:cs="Times New Roman"/>
          <w:b/>
          <w:bCs/>
          <w:color w:val="365F91" w:themeColor="accent1" w:themeShade="BF"/>
          <w:sz w:val="28"/>
          <w:szCs w:val="28"/>
          <w:lang w:eastAsia="ja-JP"/>
        </w:rPr>
        <w:t xml:space="preserve"> </w:t>
      </w:r>
      <w:r w:rsidRPr="00776563">
        <w:rPr>
          <w:rFonts w:ascii="BIZ UDPゴシック" w:eastAsia="BIZ UDPゴシック" w:hAnsi="BIZ UDPゴシック" w:cs="Times New Roman" w:hint="eastAsia"/>
          <w:b/>
          <w:bCs/>
          <w:color w:val="365F91" w:themeColor="accent1" w:themeShade="BF"/>
          <w:sz w:val="28"/>
          <w:szCs w:val="28"/>
          <w:lang w:eastAsia="ja-JP"/>
        </w:rPr>
        <w:t>ルール</w:t>
      </w:r>
    </w:p>
    <w:p w14:paraId="1298FBC9" w14:textId="7CBBF7E1" w:rsidR="00776563" w:rsidRPr="00776563" w:rsidRDefault="00776563" w:rsidP="00776563">
      <w:p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>① 作業開始</w:t>
      </w:r>
    </w:p>
    <w:p w14:paraId="12000E50" w14:textId="77777777" w:rsidR="00776563" w:rsidRPr="00776563" w:rsidRDefault="00776563" w:rsidP="007765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>自分から職員に「本日の作業内容」を聞きに行く</w:t>
      </w:r>
    </w:p>
    <w:p w14:paraId="17BF7C7C" w14:textId="7C463AC2" w:rsidR="00776563" w:rsidRPr="00776563" w:rsidRDefault="00776563" w:rsidP="007765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>聞かずに待たない</w:t>
      </w:r>
    </w:p>
    <w:p w14:paraId="28174C95" w14:textId="17141300" w:rsidR="00776563" w:rsidRPr="00776563" w:rsidRDefault="00776563" w:rsidP="00776563">
      <w:p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>
        <w:rPr>
          <w:rFonts w:ascii="BIZ UDPゴシック" w:eastAsia="BIZ UDPゴシック" w:hAnsi="BIZ UDPゴシック" w:cs="ＭＳ Ｐゴシック" w:hint="eastAsia"/>
          <w:sz w:val="24"/>
          <w:szCs w:val="24"/>
          <w:lang w:eastAsia="ja-JP"/>
        </w:rPr>
        <w:t>②</w:t>
      </w: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 xml:space="preserve"> わからない時</w:t>
      </w:r>
    </w:p>
    <w:p w14:paraId="20E1B810" w14:textId="1C2EFB28" w:rsidR="00776563" w:rsidRPr="00776563" w:rsidRDefault="00776563" w:rsidP="0077656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>
        <w:rPr>
          <w:rFonts w:ascii="BIZ UDPゴシック" w:eastAsia="BIZ UDPゴシック" w:hAnsi="BIZ UDPゴシック" w:cs="ＭＳ Ｐゴシック" w:hint="eastAsia"/>
          <w:sz w:val="24"/>
          <w:szCs w:val="24"/>
          <w:lang w:eastAsia="ja-JP"/>
        </w:rPr>
        <w:t>作業を</w:t>
      </w: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>止</w:t>
      </w:r>
      <w:r>
        <w:rPr>
          <w:rFonts w:ascii="BIZ UDPゴシック" w:eastAsia="BIZ UDPゴシック" w:hAnsi="BIZ UDPゴシック" w:cs="ＭＳ Ｐゴシック" w:hint="eastAsia"/>
          <w:sz w:val="24"/>
          <w:szCs w:val="24"/>
          <w:lang w:eastAsia="ja-JP"/>
        </w:rPr>
        <w:t>めず</w:t>
      </w: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>すぐに確認する</w:t>
      </w:r>
    </w:p>
    <w:p w14:paraId="0E5EFFAE" w14:textId="777061E6" w:rsidR="00776563" w:rsidRPr="00776563" w:rsidRDefault="00776563" w:rsidP="0077656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>
        <w:rPr>
          <w:rFonts w:ascii="BIZ UDPゴシック" w:eastAsia="BIZ UDPゴシック" w:hAnsi="BIZ UDPゴシック" w:cs="ＭＳ Ｐゴシック" w:hint="eastAsia"/>
          <w:sz w:val="24"/>
          <w:szCs w:val="24"/>
          <w:lang w:eastAsia="ja-JP"/>
        </w:rPr>
        <w:t>30秒考えて</w:t>
      </w:r>
      <w:r w:rsidR="00733511">
        <w:rPr>
          <w:rFonts w:ascii="BIZ UDPゴシック" w:eastAsia="BIZ UDPゴシック" w:hAnsi="BIZ UDPゴシック" w:cs="ＭＳ Ｐゴシック" w:hint="eastAsia"/>
          <w:sz w:val="24"/>
          <w:szCs w:val="24"/>
          <w:lang w:eastAsia="ja-JP"/>
        </w:rPr>
        <w:t>自分で</w:t>
      </w:r>
      <w:r>
        <w:rPr>
          <w:rFonts w:ascii="BIZ UDPゴシック" w:eastAsia="BIZ UDPゴシック" w:hAnsi="BIZ UDPゴシック" w:cs="ＭＳ Ｐゴシック" w:hint="eastAsia"/>
          <w:sz w:val="24"/>
          <w:szCs w:val="24"/>
          <w:lang w:eastAsia="ja-JP"/>
        </w:rPr>
        <w:t>答えが</w:t>
      </w:r>
      <w:r w:rsidR="00733511">
        <w:rPr>
          <w:rFonts w:ascii="BIZ UDPゴシック" w:eastAsia="BIZ UDPゴシック" w:hAnsi="BIZ UDPゴシック" w:cs="ＭＳ Ｐゴシック" w:hint="eastAsia"/>
          <w:sz w:val="24"/>
          <w:szCs w:val="24"/>
          <w:lang w:eastAsia="ja-JP"/>
        </w:rPr>
        <w:t>出せない時は聞く</w:t>
      </w:r>
    </w:p>
    <w:p w14:paraId="6D835CB9" w14:textId="0A9F6DA6" w:rsidR="00776563" w:rsidRPr="00776563" w:rsidRDefault="00776563" w:rsidP="00776563">
      <w:p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>
        <w:rPr>
          <w:rFonts w:ascii="BIZ UDPゴシック" w:eastAsia="BIZ UDPゴシック" w:hAnsi="BIZ UDPゴシック" w:cs="ＭＳ Ｐゴシック" w:hint="eastAsia"/>
          <w:sz w:val="24"/>
          <w:szCs w:val="24"/>
          <w:lang w:eastAsia="ja-JP"/>
        </w:rPr>
        <w:t>③</w:t>
      </w: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>メモ</w:t>
      </w:r>
    </w:p>
    <w:p w14:paraId="63890CFB" w14:textId="77777777" w:rsidR="00776563" w:rsidRPr="00776563" w:rsidRDefault="00776563" w:rsidP="0077656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>教わった内容はその場でメモを取る</w:t>
      </w:r>
    </w:p>
    <w:p w14:paraId="1BC3E90E" w14:textId="77777777" w:rsidR="00776563" w:rsidRPr="00776563" w:rsidRDefault="00776563" w:rsidP="0077656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>同じことを何度も聞かない</w:t>
      </w:r>
    </w:p>
    <w:p w14:paraId="45D078D4" w14:textId="21010B39" w:rsidR="00776563" w:rsidRPr="00776563" w:rsidRDefault="00776563" w:rsidP="00776563">
      <w:p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>
        <w:rPr>
          <w:rFonts w:ascii="BIZ UDPゴシック" w:eastAsia="BIZ UDPゴシック" w:hAnsi="BIZ UDPゴシック" w:cs="ＭＳ Ｐゴシック" w:hint="eastAsia"/>
          <w:sz w:val="24"/>
          <w:szCs w:val="24"/>
          <w:lang w:eastAsia="ja-JP"/>
        </w:rPr>
        <w:t>④</w:t>
      </w: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 xml:space="preserve"> 報告</w:t>
      </w:r>
    </w:p>
    <w:p w14:paraId="69B84670" w14:textId="43D3B6D4" w:rsidR="00776563" w:rsidRPr="00776563" w:rsidRDefault="00733511" w:rsidP="0077656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>
        <w:rPr>
          <w:rFonts w:ascii="BIZ UDPゴシック" w:eastAsia="BIZ UDPゴシック" w:hAnsi="BIZ UDPゴシック" w:cs="ＭＳ Ｐゴシック" w:hint="eastAsia"/>
          <w:sz w:val="24"/>
          <w:szCs w:val="24"/>
          <w:lang w:eastAsia="ja-JP"/>
        </w:rPr>
        <w:t>作業が</w:t>
      </w:r>
      <w:r w:rsidR="00776563"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>進んでいても、進んでいなくても報告する</w:t>
      </w:r>
    </w:p>
    <w:p w14:paraId="5D732654" w14:textId="77777777" w:rsidR="00776563" w:rsidRPr="00776563" w:rsidRDefault="00776563" w:rsidP="0077656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>聞かれていなくても自分から報告する</w:t>
      </w:r>
    </w:p>
    <w:p w14:paraId="25925715" w14:textId="77777777" w:rsidR="00776563" w:rsidRPr="00776563" w:rsidRDefault="00776563" w:rsidP="00776563">
      <w:p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>⑥ 禁止事項</w:t>
      </w:r>
    </w:p>
    <w:p w14:paraId="702B1417" w14:textId="76FDB3C3" w:rsidR="00776563" w:rsidRPr="00776563" w:rsidRDefault="00776563" w:rsidP="0077656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</w:pPr>
      <w:r w:rsidRPr="00776563">
        <w:rPr>
          <w:rFonts w:ascii="BIZ UDPゴシック" w:eastAsia="BIZ UDPゴシック" w:hAnsi="BIZ UDPゴシック" w:cs="ＭＳ Ｐゴシック"/>
          <w:sz w:val="24"/>
          <w:szCs w:val="24"/>
          <w:lang w:eastAsia="ja-JP"/>
        </w:rPr>
        <w:t>「聞いていない」「言われていない」は理由にならない</w:t>
      </w:r>
    </w:p>
    <w:sectPr w:rsidR="00776563" w:rsidRPr="007765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535F22"/>
    <w:multiLevelType w:val="multilevel"/>
    <w:tmpl w:val="DA84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A4508A"/>
    <w:multiLevelType w:val="multilevel"/>
    <w:tmpl w:val="FA4E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22075E"/>
    <w:multiLevelType w:val="multilevel"/>
    <w:tmpl w:val="A616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406031"/>
    <w:multiLevelType w:val="multilevel"/>
    <w:tmpl w:val="E882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651F12"/>
    <w:multiLevelType w:val="multilevel"/>
    <w:tmpl w:val="7B00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710B90"/>
    <w:multiLevelType w:val="multilevel"/>
    <w:tmpl w:val="7260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C30532"/>
    <w:multiLevelType w:val="multilevel"/>
    <w:tmpl w:val="019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3237311">
    <w:abstractNumId w:val="8"/>
  </w:num>
  <w:num w:numId="2" w16cid:durableId="218906204">
    <w:abstractNumId w:val="6"/>
  </w:num>
  <w:num w:numId="3" w16cid:durableId="170418430">
    <w:abstractNumId w:val="5"/>
  </w:num>
  <w:num w:numId="4" w16cid:durableId="1333876045">
    <w:abstractNumId w:val="4"/>
  </w:num>
  <w:num w:numId="5" w16cid:durableId="344601238">
    <w:abstractNumId w:val="7"/>
  </w:num>
  <w:num w:numId="6" w16cid:durableId="261501803">
    <w:abstractNumId w:val="3"/>
  </w:num>
  <w:num w:numId="7" w16cid:durableId="420221797">
    <w:abstractNumId w:val="2"/>
  </w:num>
  <w:num w:numId="8" w16cid:durableId="1759983329">
    <w:abstractNumId w:val="1"/>
  </w:num>
  <w:num w:numId="9" w16cid:durableId="1194271989">
    <w:abstractNumId w:val="0"/>
  </w:num>
  <w:num w:numId="10" w16cid:durableId="803888238">
    <w:abstractNumId w:val="14"/>
  </w:num>
  <w:num w:numId="11" w16cid:durableId="62918460">
    <w:abstractNumId w:val="9"/>
  </w:num>
  <w:num w:numId="12" w16cid:durableId="1443069522">
    <w:abstractNumId w:val="10"/>
  </w:num>
  <w:num w:numId="13" w16cid:durableId="1951812797">
    <w:abstractNumId w:val="15"/>
  </w:num>
  <w:num w:numId="14" w16cid:durableId="604927710">
    <w:abstractNumId w:val="11"/>
  </w:num>
  <w:num w:numId="15" w16cid:durableId="1374959141">
    <w:abstractNumId w:val="12"/>
  </w:num>
  <w:num w:numId="16" w16cid:durableId="14659275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5AC2"/>
    <w:rsid w:val="0029639D"/>
    <w:rsid w:val="002D0AA7"/>
    <w:rsid w:val="002E4AC2"/>
    <w:rsid w:val="00326F90"/>
    <w:rsid w:val="003B2399"/>
    <w:rsid w:val="003F5CE6"/>
    <w:rsid w:val="00733511"/>
    <w:rsid w:val="00776563"/>
    <w:rsid w:val="007A0E93"/>
    <w:rsid w:val="00967B51"/>
    <w:rsid w:val="00AA1D8D"/>
    <w:rsid w:val="00B47730"/>
    <w:rsid w:val="00BD488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CF394A"/>
  <w14:defaultImageDpi w14:val="300"/>
  <w15:docId w15:val="{2BDCDAD1-A144-4AB0-BCF4-AD97C47E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soleil infini</cp:lastModifiedBy>
  <cp:revision>6</cp:revision>
  <cp:lastPrinted>2026-04-23T00:37:00Z</cp:lastPrinted>
  <dcterms:created xsi:type="dcterms:W3CDTF">2013-12-23T23:15:00Z</dcterms:created>
  <dcterms:modified xsi:type="dcterms:W3CDTF">2026-04-23T00:47:00Z</dcterms:modified>
  <cp:category/>
</cp:coreProperties>
</file>